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676A" w14:textId="77777777" w:rsidR="00313CB2" w:rsidRDefault="005B38B5">
      <w:pPr>
        <w:jc w:val="center"/>
      </w:pPr>
      <w:r>
        <w:rPr>
          <w:b/>
          <w:sz w:val="32"/>
        </w:rPr>
        <w:t>Modulo iscrizione Central Appennino Tour 2026</w:t>
      </w:r>
      <w:r>
        <w:rPr>
          <w:b/>
          <w:sz w:val="32"/>
        </w:rPr>
        <w:br/>
      </w:r>
    </w:p>
    <w:p w14:paraId="77C90EFE" w14:textId="227B8200" w:rsidR="00313CB2" w:rsidRDefault="005B38B5">
      <w:r>
        <w:t>Evento fuoristrada turistico CAT organizzato dal Moto Club Roma.Compilare i campi sottostanti</w:t>
      </w:r>
      <w:r w:rsidR="00103E76">
        <w:t xml:space="preserve"> e inviare a: </w:t>
      </w:r>
      <w:hyperlink r:id="rId6" w:history="1">
        <w:r w:rsidR="00103E76" w:rsidRPr="00F65EFC">
          <w:rPr>
            <w:rStyle w:val="Collegamentoipertestuale"/>
          </w:rPr>
          <w:t>motoclubroma@motoclubroma.it</w:t>
        </w:r>
      </w:hyperlink>
      <w:r w:rsidR="00103E76">
        <w:t xml:space="preserve"> </w:t>
      </w:r>
    </w:p>
    <w:p w14:paraId="77511D08" w14:textId="77777777" w:rsidR="00313CB2" w:rsidRDefault="005B38B5">
      <w:r>
        <w:t>Nome e Cognome: __________________________________________</w:t>
      </w:r>
    </w:p>
    <w:p w14:paraId="7DD3B85C" w14:textId="77777777" w:rsidR="00313CB2" w:rsidRDefault="005B38B5">
      <w:r>
        <w:t>Data di nascita: ______________________</w:t>
      </w:r>
    </w:p>
    <w:p w14:paraId="3E549663" w14:textId="77777777" w:rsidR="00313CB2" w:rsidRDefault="005B38B5">
      <w:r>
        <w:t>Via: _____________________________________________________</w:t>
      </w:r>
    </w:p>
    <w:p w14:paraId="4E1A1C45" w14:textId="77777777" w:rsidR="00313CB2" w:rsidRDefault="005B38B5">
      <w:r>
        <w:t>Città: ______________________________  CAP: _____________</w:t>
      </w:r>
    </w:p>
    <w:p w14:paraId="5ABB67C5" w14:textId="77777777" w:rsidR="00313CB2" w:rsidRDefault="005B38B5">
      <w:r>
        <w:t>E-mail: _________________________________________________</w:t>
      </w:r>
    </w:p>
    <w:p w14:paraId="6288CF33" w14:textId="77777777" w:rsidR="00313CB2" w:rsidRDefault="005B38B5">
      <w:r>
        <w:t>Gruppo sanguigno: ____________________</w:t>
      </w:r>
    </w:p>
    <w:p w14:paraId="3581C12D" w14:textId="77777777" w:rsidR="00313CB2" w:rsidRDefault="005B38B5">
      <w:r>
        <w:t>Numero tessera FMI: _____________________________________</w:t>
      </w:r>
    </w:p>
    <w:p w14:paraId="4DDCB988" w14:textId="77777777" w:rsidR="00313CB2" w:rsidRDefault="005B38B5">
      <w:r>
        <w:t>Contatto telefonico: ____________________________________</w:t>
      </w:r>
    </w:p>
    <w:p w14:paraId="27C67C9C" w14:textId="77777777" w:rsidR="00313CB2" w:rsidRDefault="005B38B5">
      <w:r>
        <w:t>Moto: _________________________________________________</w:t>
      </w:r>
    </w:p>
    <w:p w14:paraId="04A73D39" w14:textId="77777777" w:rsidR="00313CB2" w:rsidRDefault="005B38B5">
      <w:r>
        <w:t>Targa: ________________________________________________</w:t>
      </w:r>
    </w:p>
    <w:p w14:paraId="1EE4714D" w14:textId="77777777" w:rsidR="00313CB2" w:rsidRDefault="005B38B5">
      <w:r>
        <w:br/>
        <w:t>Classe (barrare):</w:t>
      </w:r>
    </w:p>
    <w:p w14:paraId="3CDB564A" w14:textId="77777777" w:rsidR="00313CB2" w:rsidRDefault="005B38B5">
      <w:r>
        <w:t>☐ Bicilindrica    ☐ Monocilindrica    ☐ Epoca con CRS FMI o ASI</w:t>
      </w:r>
    </w:p>
    <w:p w14:paraId="458A1B04" w14:textId="77777777" w:rsidR="00313CB2" w:rsidRDefault="005B38B5">
      <w:r>
        <w:br/>
        <w:t>Roma, lì _____________________</w:t>
      </w:r>
    </w:p>
    <w:p w14:paraId="5E3B42E4" w14:textId="77777777" w:rsidR="00313CB2" w:rsidRDefault="005B38B5">
      <w:r>
        <w:t>Firma _________________________________________________</w:t>
      </w:r>
    </w:p>
    <w:p w14:paraId="228207E3" w14:textId="77777777" w:rsidR="00313CB2" w:rsidRDefault="005B38B5">
      <w:r>
        <w:br w:type="page"/>
      </w:r>
    </w:p>
    <w:p w14:paraId="717547E2" w14:textId="77777777" w:rsidR="00313CB2" w:rsidRDefault="005B38B5">
      <w:pPr>
        <w:pStyle w:val="Titolo1"/>
      </w:pPr>
      <w:r>
        <w:t>Informazioni pagamento</w:t>
      </w:r>
    </w:p>
    <w:p w14:paraId="3B53A0B0" w14:textId="77777777" w:rsidR="00313CB2" w:rsidRDefault="005B38B5">
      <w:r>
        <w:t>Quota iscrizione: €145</w:t>
      </w:r>
    </w:p>
    <w:p w14:paraId="124855E2" w14:textId="77777777" w:rsidR="00313CB2" w:rsidRDefault="005B38B5">
      <w:r>
        <w:t>MOTO CLUB ROMA</w:t>
      </w:r>
    </w:p>
    <w:p w14:paraId="7C137FB0" w14:textId="77777777" w:rsidR="00313CB2" w:rsidRDefault="005B38B5">
      <w:r>
        <w:t>IBAN: IT05 Z03069 05238 1000 0000 1134</w:t>
      </w:r>
    </w:p>
    <w:sectPr w:rsidR="00313CB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3044852">
    <w:abstractNumId w:val="8"/>
  </w:num>
  <w:num w:numId="2" w16cid:durableId="1010639897">
    <w:abstractNumId w:val="6"/>
  </w:num>
  <w:num w:numId="3" w16cid:durableId="1377385863">
    <w:abstractNumId w:val="5"/>
  </w:num>
  <w:num w:numId="4" w16cid:durableId="1415977694">
    <w:abstractNumId w:val="4"/>
  </w:num>
  <w:num w:numId="5" w16cid:durableId="1274902748">
    <w:abstractNumId w:val="7"/>
  </w:num>
  <w:num w:numId="6" w16cid:durableId="1623531125">
    <w:abstractNumId w:val="3"/>
  </w:num>
  <w:num w:numId="7" w16cid:durableId="442384134">
    <w:abstractNumId w:val="2"/>
  </w:num>
  <w:num w:numId="8" w16cid:durableId="660157704">
    <w:abstractNumId w:val="1"/>
  </w:num>
  <w:num w:numId="9" w16cid:durableId="1667509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revisionView w:inkAnnotations="0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3E76"/>
    <w:rsid w:val="0015074B"/>
    <w:rsid w:val="0029639D"/>
    <w:rsid w:val="00313CB2"/>
    <w:rsid w:val="00326F90"/>
    <w:rsid w:val="0045154F"/>
    <w:rsid w:val="005B38B5"/>
    <w:rsid w:val="006B280E"/>
    <w:rsid w:val="0088025F"/>
    <w:rsid w:val="00AA1D8D"/>
    <w:rsid w:val="00B47730"/>
    <w:rsid w:val="00CB0664"/>
    <w:rsid w:val="00D82DC1"/>
    <w:rsid w:val="00F207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85AB19"/>
  <w14:defaultImageDpi w14:val="300"/>
  <w15:docId w15:val="{37F5B897-699D-254B-9318-4F1EC0C5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103E7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3E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motoclubroma@motoclubroma.it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M365 Copilot</dc:creator>
  <cp:keywords/>
  <dc:description>generated by python-docx</dc:description>
  <cp:lastModifiedBy>Carlo Fiorani</cp:lastModifiedBy>
  <cp:revision>2</cp:revision>
  <dcterms:created xsi:type="dcterms:W3CDTF">2026-08-25T15:43:00Z</dcterms:created>
  <dcterms:modified xsi:type="dcterms:W3CDTF">2026-08-25T15:43:00Z</dcterms:modified>
  <cp:category/>
</cp:coreProperties>
</file>